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מנקודת המבט של העולים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הסרטון על דוד ואנה ושבוע העליות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ומבנים הקשורים לרגשות ולהיכרות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ולדבר על חוויה אישית של קליטה בבית ספר 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חידון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מאוקראינה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את המדינות שלהם במפה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מרק אוקראיני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מסופר בסרטון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נאמר בחלק 'בזמן הצפייה'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הגיע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(תלמיד שהגיע לא מזמן לבית ספר חדש)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(באתי למקום)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(אוכל חם בקערה)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משחק התפקידים במסדרון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שם ומדינה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אומרים: שלום אני... אני מ...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שואלים שאלה על 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עונים: בהתחלה... אחר כך...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ארגנטינה ואוקראינה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הציגו מפה, סיפרו, הביאו אוכל מהבית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הגיונית, למשל: לדבר איתו, להזמין אותו לשחק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לצפות בסרטון פעמיים - פעם אחת בלי תמליל ופעם עם תמליל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לחלק את שאלות השיח לפי רמת התלמידים (א, ב, ג)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הפעילות הראשונה (משחק תפקידים) טובה לתרגול דיבור בזוגות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מנקודת המבט של העולים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בסרטון דוד מארגנטינה ואנה מאוקראינה מספרים בעצמם על שבוע העליות בבית הספר - מה עשו, מה הביאו ואיך הרגישו.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מרק  ·  הגיע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חידון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מאיפה אנה?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מארגנטינה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מאוקראינה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הראו התלמידים בכיתה בשבוע העליות?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סרט על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את הבית החדש שלהם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את המדינות שלהם במפה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אנה הביאה ביום שלישי?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מרק אוקראיני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תמונה של העיר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דוד הגיע מארגנטינה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התלמידים הציגו את המדינות שלהם על מפה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דוד __________ מארגנטינה.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אנה הביאה __________ אוקראיני ביום שלישי.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תלמיד חדש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אוכל חם בקערה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הגעתי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תלמיד שהגיע לא מזמן לבית ספר חדש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מרק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באתי למקום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משחק התפקידים במסדרון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עונים: בהתחלה... אחר כך...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בוחרים שם ומדינה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אומרים: שלום אני... אני מ...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שואלים שאלה על רגש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מאיפה דוד ומאיפה אנה?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עשו התלמידים בשבוע העליות?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מנקודת המבט של העולים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